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313A24" w14:textId="50648CE1" w:rsidR="001D785D" w:rsidRDefault="00D91C6C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7D7D63" wp14:editId="7F3691D2">
                <wp:simplePos x="0" y="0"/>
                <wp:positionH relativeFrom="column">
                  <wp:posOffset>4862195</wp:posOffset>
                </wp:positionH>
                <wp:positionV relativeFrom="paragraph">
                  <wp:posOffset>635</wp:posOffset>
                </wp:positionV>
                <wp:extent cx="1452563" cy="1490663"/>
                <wp:effectExtent l="0" t="0" r="14605" b="14605"/>
                <wp:wrapNone/>
                <wp:docPr id="186450338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2563" cy="149066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57DF44" id="Rectangle 2" o:spid="_x0000_s1026" style="position:absolute;margin-left:382.85pt;margin-top:.05pt;width:114.4pt;height:117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" fillcolor="white [3201]" strokecolor="black [3200]" strokeweight="2pt"/>
            </w:pict>
          </mc:Fallback>
        </mc:AlternateContent>
      </w:r>
      <w:r>
        <w:t xml:space="preserve"> </w:t>
      </w:r>
    </w:p>
    <w:p w14:paraId="161B059A" w14:textId="77777777" w:rsidR="00D91C6C" w:rsidRDefault="00D91C6C">
      <w:pPr>
        <w:jc w:val="center"/>
      </w:pPr>
    </w:p>
    <w:p w14:paraId="2B6E9B15" w14:textId="77777777" w:rsidR="00D91C6C" w:rsidRDefault="00D91C6C" w:rsidP="00D91C6C">
      <w:pPr>
        <w:pStyle w:val="Heading2"/>
        <w:ind w:left="5760"/>
      </w:pPr>
    </w:p>
    <w:p w14:paraId="3534D89B" w14:textId="77777777" w:rsidR="00D91C6C" w:rsidRDefault="00D91C6C" w:rsidP="00D91C6C">
      <w:pPr>
        <w:pStyle w:val="Heading2"/>
        <w:ind w:left="5760"/>
      </w:pPr>
    </w:p>
    <w:p w14:paraId="184B8BCA" w14:textId="4D40421B" w:rsidR="00D91C6C" w:rsidRDefault="00D91C6C" w:rsidP="00D91C6C">
      <w:pPr>
        <w:pStyle w:val="Heading2"/>
        <w:ind w:left="5760"/>
      </w:pPr>
      <w:r>
        <w:t>Your Picture</w:t>
      </w:r>
    </w:p>
    <w:p w14:paraId="0090417C" w14:textId="3EA342EE" w:rsidR="001D785D" w:rsidRDefault="00000000">
      <w:pPr>
        <w:pStyle w:val="Heading2"/>
      </w:pPr>
      <w:r>
        <w:t>Section 1 – Personal Information</w:t>
      </w:r>
    </w:p>
    <w:p w14:paraId="392CF3AF" w14:textId="2AA7FCB4" w:rsidR="001D785D" w:rsidRDefault="00000000">
      <w:r>
        <w:t>Full Name: _______________________________</w:t>
      </w:r>
      <w:r w:rsidR="00AB2641">
        <w:t>_______________________________________________________</w:t>
      </w:r>
    </w:p>
    <w:p w14:paraId="0C8D5EEA" w14:textId="77777777" w:rsidR="001D785D" w:rsidRDefault="00000000">
      <w:r>
        <w:t>Date of Birth: ____________________________</w:t>
      </w:r>
    </w:p>
    <w:p w14:paraId="267EE9E3" w14:textId="70ACDF57" w:rsidR="001D785D" w:rsidRDefault="00000000">
      <w:r>
        <w:t>National Insurance (NI) Number: ___________</w:t>
      </w:r>
      <w:r w:rsidR="00AB2641">
        <w:t>_________________________________</w:t>
      </w:r>
      <w:r w:rsidR="00D67FF6">
        <w:t>______</w:t>
      </w:r>
    </w:p>
    <w:p w14:paraId="6DDF69C0" w14:textId="61E6DCAE" w:rsidR="001D785D" w:rsidRDefault="00000000">
      <w:r>
        <w:t>Address: _________________________________</w:t>
      </w:r>
      <w:r w:rsidR="00D67FF6">
        <w:t>__________________________________________</w:t>
      </w:r>
    </w:p>
    <w:p w14:paraId="2EE8E51C" w14:textId="1B414FBC" w:rsidR="001D785D" w:rsidRDefault="00000000">
      <w:r>
        <w:t>Postcode: ____________</w:t>
      </w:r>
      <w:r w:rsidR="00AB2641">
        <w:t>___________</w:t>
      </w:r>
    </w:p>
    <w:p w14:paraId="37AA2E7A" w14:textId="77777777" w:rsidR="001D785D" w:rsidRDefault="00000000">
      <w:r>
        <w:t>Phone Number: ____________________________</w:t>
      </w:r>
    </w:p>
    <w:p w14:paraId="16C5C6DB" w14:textId="77777777" w:rsidR="001D785D" w:rsidRDefault="00000000">
      <w:r>
        <w:t>Email Address: ____________________________</w:t>
      </w:r>
    </w:p>
    <w:p w14:paraId="3C6A6C71" w14:textId="77777777" w:rsidR="001D785D" w:rsidRDefault="00000000">
      <w:r>
        <w:t>Do you have the legal Right to Work in the UK? ☐ Yes ☐ No (Attach proof: UK Passport / Visa / Residence Permit / Share Code)</w:t>
      </w:r>
    </w:p>
    <w:p w14:paraId="59CEFD52" w14:textId="77777777" w:rsidR="001D785D" w:rsidRDefault="00000000">
      <w:pPr>
        <w:pStyle w:val="Heading2"/>
      </w:pPr>
      <w:r>
        <w:t>Section 2 – Position Details</w:t>
      </w:r>
    </w:p>
    <w:p w14:paraId="74D91D8F" w14:textId="339C9E16" w:rsidR="001D785D" w:rsidRDefault="00000000">
      <w:r>
        <w:t>Position Applied For: ☐ Driver ☐ Passenger Assistant ☐ Other: ____________</w:t>
      </w:r>
      <w:r w:rsidR="00AB2641">
        <w:t>___________</w:t>
      </w:r>
    </w:p>
    <w:p w14:paraId="484FF0EF" w14:textId="77777777" w:rsidR="001D785D" w:rsidRDefault="00000000">
      <w:r>
        <w:t>Type of Employment: ☐ Full-Time ☐ Part-Time ☐ Self-Employed ☐ Contract</w:t>
      </w:r>
    </w:p>
    <w:p w14:paraId="3DDACF93" w14:textId="2C7FF72D" w:rsidR="001D785D" w:rsidRDefault="00000000">
      <w:r>
        <w:t>Expected Salary / Hourly Rate: ____________</w:t>
      </w:r>
      <w:r w:rsidR="00771087">
        <w:t>______________________</w:t>
      </w:r>
    </w:p>
    <w:p w14:paraId="0E5A1093" w14:textId="62C7F7F2" w:rsidR="001D785D" w:rsidRDefault="00000000">
      <w:r>
        <w:t>Available Start Date: _____________________</w:t>
      </w:r>
      <w:r w:rsidR="00771087">
        <w:t>___________</w:t>
      </w:r>
    </w:p>
    <w:p w14:paraId="303A8689" w14:textId="3A89BFDA" w:rsidR="001D785D" w:rsidRDefault="00000000">
      <w:r>
        <w:t xml:space="preserve">Are you currently employed? ☐ Yes ☐ No (If yes, notice </w:t>
      </w:r>
      <w:r w:rsidR="004C47A3">
        <w:t xml:space="preserve">period: </w:t>
      </w:r>
      <w:r>
        <w:t>_________</w:t>
      </w:r>
      <w:r w:rsidR="00771087">
        <w:t>___________</w:t>
      </w:r>
      <w:r>
        <w:t>)</w:t>
      </w:r>
      <w:r w:rsidR="00752F18">
        <w:t>.</w:t>
      </w:r>
    </w:p>
    <w:p w14:paraId="4217812E" w14:textId="77777777" w:rsidR="00752F18" w:rsidRDefault="00752F18"/>
    <w:p w14:paraId="5F63C8AD" w14:textId="77777777" w:rsidR="00752F18" w:rsidRDefault="00752F18"/>
    <w:p w14:paraId="01DD84E6" w14:textId="77777777" w:rsidR="00752F18" w:rsidRDefault="00752F18"/>
    <w:p w14:paraId="7769794C" w14:textId="77777777" w:rsidR="00752F18" w:rsidRDefault="00752F18"/>
    <w:p w14:paraId="5047F2E9" w14:textId="77777777" w:rsidR="001D785D" w:rsidRDefault="00000000">
      <w:pPr>
        <w:pStyle w:val="Heading2"/>
      </w:pPr>
      <w:r>
        <w:t>Section 3 – Job-Specific Requirements (Driver / Passenger Assistant)</w:t>
      </w:r>
    </w:p>
    <w:p w14:paraId="733EB6DF" w14:textId="77777777" w:rsidR="001D785D" w:rsidRDefault="00000000">
      <w:r>
        <w:t>All applicants for transport-related positions must meet UK legal and licensing standards:</w:t>
      </w:r>
    </w:p>
    <w:p w14:paraId="47FA8E3C" w14:textId="77777777" w:rsidR="001D785D" w:rsidRDefault="00000000">
      <w:pPr>
        <w:pStyle w:val="ListBullet"/>
      </w:pPr>
      <w:r>
        <w:t>Mandatory Requirements (Legal Compliance):</w:t>
      </w:r>
    </w:p>
    <w:p w14:paraId="722F6C22" w14:textId="77777777" w:rsidR="001D785D" w:rsidRDefault="00000000">
      <w:pPr>
        <w:pStyle w:val="ListBullet2"/>
      </w:pPr>
      <w:r>
        <w:t xml:space="preserve">Full UK Driving </w:t>
      </w:r>
      <w:proofErr w:type="spellStart"/>
      <w:r>
        <w:t>Licence</w:t>
      </w:r>
      <w:proofErr w:type="spellEnd"/>
      <w:r>
        <w:t xml:space="preserve"> (Category B / D / D1 as required for the vehicle type)</w:t>
      </w:r>
    </w:p>
    <w:p w14:paraId="20545A7A" w14:textId="77777777" w:rsidR="001D785D" w:rsidRDefault="00000000">
      <w:pPr>
        <w:pStyle w:val="ListBullet2"/>
      </w:pPr>
      <w:r>
        <w:t>Clean driving record (no disqualifications, major offences, or more than 6 points)</w:t>
      </w:r>
    </w:p>
    <w:p w14:paraId="5F1FB330" w14:textId="77777777" w:rsidR="001D785D" w:rsidRDefault="00000000">
      <w:pPr>
        <w:pStyle w:val="ListBullet2"/>
      </w:pPr>
      <w:r>
        <w:t>Proof of ID and current residential address (Utility bill / Bank statement – last 3 months)</w:t>
      </w:r>
    </w:p>
    <w:p w14:paraId="5E2A3378" w14:textId="77777777" w:rsidR="001D785D" w:rsidRDefault="00000000">
      <w:pPr>
        <w:pStyle w:val="ListBullet2"/>
      </w:pPr>
      <w:r>
        <w:t>Right to Work proof (Passport, Visa, or Share Code from GOV.UK)</w:t>
      </w:r>
    </w:p>
    <w:p w14:paraId="1405662D" w14:textId="77777777" w:rsidR="001D785D" w:rsidRDefault="00000000">
      <w:pPr>
        <w:pStyle w:val="ListBullet2"/>
      </w:pPr>
      <w:r>
        <w:t>If self-employed: Proof of registration with HMRC as self-employed</w:t>
      </w:r>
    </w:p>
    <w:p w14:paraId="2E2D8F2F" w14:textId="77777777" w:rsidR="001D785D" w:rsidRDefault="00000000">
      <w:pPr>
        <w:pStyle w:val="ListBullet2"/>
      </w:pPr>
      <w:r>
        <w:t>Enhanced DBS Certificate – must be registered in the DBS Update Service</w:t>
      </w:r>
    </w:p>
    <w:p w14:paraId="24DAD8D0" w14:textId="77777777" w:rsidR="001D785D" w:rsidRDefault="00000000">
      <w:pPr>
        <w:pStyle w:val="ListBullet2"/>
      </w:pPr>
      <w:r>
        <w:t>Medical fitness certificate (Group 2 DVLA medical for minibus/taxi drivers)</w:t>
      </w:r>
    </w:p>
    <w:p w14:paraId="7ABC7C20" w14:textId="77777777" w:rsidR="001D785D" w:rsidRDefault="00000000">
      <w:pPr>
        <w:pStyle w:val="ListBullet2"/>
      </w:pPr>
      <w:r>
        <w:t>Evidence of First Aid Training – valid and renewable every 3 years</w:t>
      </w:r>
    </w:p>
    <w:p w14:paraId="2BF2CC4A" w14:textId="77777777" w:rsidR="001D785D" w:rsidRDefault="00000000">
      <w:pPr>
        <w:pStyle w:val="ListBullet2"/>
      </w:pPr>
      <w:r>
        <w:t>Safeguarding and Passenger Safety Certificate (3 years renewable)</w:t>
      </w:r>
    </w:p>
    <w:p w14:paraId="1C9405AE" w14:textId="77777777" w:rsidR="001D785D" w:rsidRDefault="00000000">
      <w:pPr>
        <w:pStyle w:val="ListBullet2"/>
      </w:pPr>
      <w:r>
        <w:t>Basic understanding of Health &amp; Safety and Manual Handling regulations</w:t>
      </w:r>
    </w:p>
    <w:p w14:paraId="75AAB308" w14:textId="77777777" w:rsidR="001D785D" w:rsidRDefault="00000000">
      <w:pPr>
        <w:pStyle w:val="ListBullet2"/>
      </w:pPr>
      <w:r>
        <w:t>Good spoken and written English (for passenger communication and safety reporting)</w:t>
      </w:r>
    </w:p>
    <w:p w14:paraId="30A33D68" w14:textId="77777777" w:rsidR="001D785D" w:rsidRDefault="00000000">
      <w:pPr>
        <w:pStyle w:val="ListBullet"/>
      </w:pPr>
      <w:r>
        <w:t>Preferred / Recommended Qualifications:</w:t>
      </w:r>
    </w:p>
    <w:p w14:paraId="0177903C" w14:textId="77777777" w:rsidR="001D785D" w:rsidRDefault="00000000">
      <w:pPr>
        <w:pStyle w:val="ListBullet2"/>
      </w:pPr>
      <w:r>
        <w:t>MIDAS (Minibus Driver Awareness Scheme) Certificate</w:t>
      </w:r>
    </w:p>
    <w:p w14:paraId="62E4EBEB" w14:textId="77777777" w:rsidR="001D785D" w:rsidRDefault="00000000">
      <w:pPr>
        <w:pStyle w:val="ListBullet2"/>
      </w:pPr>
      <w:r>
        <w:t>Local Council Taxi/Private Hire Driver Badge (if applicable)</w:t>
      </w:r>
    </w:p>
    <w:p w14:paraId="033B70F7" w14:textId="77777777" w:rsidR="001D785D" w:rsidRDefault="00000000">
      <w:pPr>
        <w:pStyle w:val="ListBullet2"/>
      </w:pPr>
      <w:r>
        <w:t>Defensive Driving or Road Safety Training</w:t>
      </w:r>
    </w:p>
    <w:p w14:paraId="1A696376" w14:textId="77777777" w:rsidR="001D785D" w:rsidRDefault="00000000">
      <w:pPr>
        <w:pStyle w:val="ListBullet2"/>
      </w:pPr>
      <w:r>
        <w:t>Customer Service and Disability Awareness Training</w:t>
      </w:r>
    </w:p>
    <w:p w14:paraId="58197465" w14:textId="77777777" w:rsidR="001D785D" w:rsidRDefault="00000000">
      <w:pPr>
        <w:pStyle w:val="ListBullet2"/>
      </w:pPr>
      <w:r>
        <w:t>Experience in transporting school children, SEN pupils, or vulnerable adults</w:t>
      </w:r>
    </w:p>
    <w:p w14:paraId="1CAB28DD" w14:textId="77777777" w:rsidR="002E6E0F" w:rsidRDefault="002E6E0F" w:rsidP="002E6E0F">
      <w:pPr>
        <w:pStyle w:val="ListBullet2"/>
        <w:numPr>
          <w:ilvl w:val="0"/>
          <w:numId w:val="0"/>
        </w:numPr>
        <w:ind w:left="720" w:hanging="360"/>
      </w:pPr>
    </w:p>
    <w:p w14:paraId="017F9FD5" w14:textId="77777777" w:rsidR="002E6E0F" w:rsidRDefault="002E6E0F" w:rsidP="002E6E0F">
      <w:pPr>
        <w:pStyle w:val="ListBullet2"/>
        <w:numPr>
          <w:ilvl w:val="0"/>
          <w:numId w:val="0"/>
        </w:numPr>
        <w:ind w:left="720" w:hanging="360"/>
      </w:pPr>
    </w:p>
    <w:p w14:paraId="1E8AF5F6" w14:textId="77777777" w:rsidR="002E6E0F" w:rsidRDefault="002E6E0F" w:rsidP="002E6E0F">
      <w:pPr>
        <w:pStyle w:val="ListBullet2"/>
        <w:numPr>
          <w:ilvl w:val="0"/>
          <w:numId w:val="0"/>
        </w:numPr>
        <w:ind w:left="720" w:hanging="360"/>
      </w:pPr>
    </w:p>
    <w:p w14:paraId="3676D6F6" w14:textId="77777777" w:rsidR="002E6E0F" w:rsidRDefault="002E6E0F" w:rsidP="002E6E0F">
      <w:pPr>
        <w:pStyle w:val="ListBullet2"/>
        <w:numPr>
          <w:ilvl w:val="0"/>
          <w:numId w:val="0"/>
        </w:numPr>
        <w:ind w:left="720" w:hanging="360"/>
      </w:pPr>
    </w:p>
    <w:p w14:paraId="06F91FA9" w14:textId="77777777" w:rsidR="002E6E0F" w:rsidRDefault="002E6E0F" w:rsidP="002E6E0F">
      <w:pPr>
        <w:pStyle w:val="ListBullet2"/>
        <w:numPr>
          <w:ilvl w:val="0"/>
          <w:numId w:val="0"/>
        </w:numPr>
        <w:ind w:left="720" w:hanging="360"/>
      </w:pPr>
    </w:p>
    <w:p w14:paraId="25EB4454" w14:textId="77777777" w:rsidR="002E6E0F" w:rsidRDefault="002E6E0F" w:rsidP="002E6E0F">
      <w:pPr>
        <w:pStyle w:val="ListBullet2"/>
        <w:numPr>
          <w:ilvl w:val="0"/>
          <w:numId w:val="0"/>
        </w:numPr>
        <w:ind w:left="720" w:hanging="360"/>
      </w:pPr>
    </w:p>
    <w:p w14:paraId="6A9D02FB" w14:textId="77777777" w:rsidR="002E6E0F" w:rsidRDefault="002E6E0F" w:rsidP="002E6E0F">
      <w:pPr>
        <w:pStyle w:val="ListBullet2"/>
        <w:numPr>
          <w:ilvl w:val="0"/>
          <w:numId w:val="0"/>
        </w:numPr>
        <w:ind w:left="720" w:hanging="360"/>
      </w:pPr>
    </w:p>
    <w:p w14:paraId="1C5F7038" w14:textId="77777777" w:rsidR="002E6E0F" w:rsidRDefault="002E6E0F" w:rsidP="002E6E0F">
      <w:pPr>
        <w:pStyle w:val="ListBullet2"/>
        <w:numPr>
          <w:ilvl w:val="0"/>
          <w:numId w:val="0"/>
        </w:numPr>
        <w:ind w:left="720" w:hanging="360"/>
      </w:pPr>
    </w:p>
    <w:p w14:paraId="6168633E" w14:textId="77777777" w:rsidR="002E6E0F" w:rsidRDefault="002E6E0F" w:rsidP="002E6E0F">
      <w:pPr>
        <w:pStyle w:val="ListBullet2"/>
        <w:numPr>
          <w:ilvl w:val="0"/>
          <w:numId w:val="0"/>
        </w:numPr>
        <w:ind w:left="720" w:hanging="360"/>
      </w:pPr>
    </w:p>
    <w:p w14:paraId="63931EF5" w14:textId="77777777" w:rsidR="001D785D" w:rsidRDefault="00000000">
      <w:pPr>
        <w:pStyle w:val="Heading2"/>
      </w:pPr>
      <w:r>
        <w:lastRenderedPageBreak/>
        <w:t>Section 4 – Education &amp; Qualifications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1D785D" w14:paraId="4C8175E0" w14:textId="77777777">
        <w:tc>
          <w:tcPr>
            <w:tcW w:w="2160" w:type="dxa"/>
          </w:tcPr>
          <w:p w14:paraId="1E1775CC" w14:textId="77777777" w:rsidR="001D785D" w:rsidRDefault="00000000">
            <w:r>
              <w:t>Qualification</w:t>
            </w:r>
          </w:p>
        </w:tc>
        <w:tc>
          <w:tcPr>
            <w:tcW w:w="2160" w:type="dxa"/>
          </w:tcPr>
          <w:p w14:paraId="050ECFF4" w14:textId="77777777" w:rsidR="001D785D" w:rsidRDefault="00000000">
            <w:r>
              <w:t>Institution</w:t>
            </w:r>
          </w:p>
        </w:tc>
        <w:tc>
          <w:tcPr>
            <w:tcW w:w="2160" w:type="dxa"/>
          </w:tcPr>
          <w:p w14:paraId="244C8A00" w14:textId="77777777" w:rsidR="001D785D" w:rsidRDefault="00000000">
            <w:r>
              <w:t>Year Completed</w:t>
            </w:r>
          </w:p>
        </w:tc>
        <w:tc>
          <w:tcPr>
            <w:tcW w:w="2160" w:type="dxa"/>
          </w:tcPr>
          <w:p w14:paraId="2756EAFB" w14:textId="77777777" w:rsidR="001D785D" w:rsidRDefault="00000000">
            <w:r>
              <w:t>Grade / Level</w:t>
            </w:r>
          </w:p>
        </w:tc>
      </w:tr>
      <w:tr w:rsidR="001D785D" w14:paraId="2D666D91" w14:textId="77777777">
        <w:tc>
          <w:tcPr>
            <w:tcW w:w="2160" w:type="dxa"/>
          </w:tcPr>
          <w:p w14:paraId="1D93F249" w14:textId="77777777" w:rsidR="001D785D" w:rsidRDefault="001D785D"/>
        </w:tc>
        <w:tc>
          <w:tcPr>
            <w:tcW w:w="2160" w:type="dxa"/>
          </w:tcPr>
          <w:p w14:paraId="4FC2A12D" w14:textId="77777777" w:rsidR="001D785D" w:rsidRDefault="001D785D"/>
        </w:tc>
        <w:tc>
          <w:tcPr>
            <w:tcW w:w="2160" w:type="dxa"/>
          </w:tcPr>
          <w:p w14:paraId="78AE2033" w14:textId="77777777" w:rsidR="001D785D" w:rsidRDefault="001D785D"/>
        </w:tc>
        <w:tc>
          <w:tcPr>
            <w:tcW w:w="2160" w:type="dxa"/>
          </w:tcPr>
          <w:p w14:paraId="4B163119" w14:textId="77777777" w:rsidR="001D785D" w:rsidRDefault="001D785D"/>
        </w:tc>
      </w:tr>
      <w:tr w:rsidR="001D785D" w14:paraId="232848F3" w14:textId="77777777">
        <w:tc>
          <w:tcPr>
            <w:tcW w:w="2160" w:type="dxa"/>
          </w:tcPr>
          <w:p w14:paraId="4D861337" w14:textId="77777777" w:rsidR="001D785D" w:rsidRDefault="001D785D"/>
        </w:tc>
        <w:tc>
          <w:tcPr>
            <w:tcW w:w="2160" w:type="dxa"/>
          </w:tcPr>
          <w:p w14:paraId="2B9C0005" w14:textId="77777777" w:rsidR="001D785D" w:rsidRDefault="001D785D"/>
        </w:tc>
        <w:tc>
          <w:tcPr>
            <w:tcW w:w="2160" w:type="dxa"/>
          </w:tcPr>
          <w:p w14:paraId="1AB98DE5" w14:textId="77777777" w:rsidR="001D785D" w:rsidRDefault="001D785D"/>
        </w:tc>
        <w:tc>
          <w:tcPr>
            <w:tcW w:w="2160" w:type="dxa"/>
          </w:tcPr>
          <w:p w14:paraId="5B854802" w14:textId="77777777" w:rsidR="001D785D" w:rsidRDefault="001D785D"/>
        </w:tc>
      </w:tr>
      <w:tr w:rsidR="001D785D" w14:paraId="04F79344" w14:textId="77777777">
        <w:tc>
          <w:tcPr>
            <w:tcW w:w="2160" w:type="dxa"/>
          </w:tcPr>
          <w:p w14:paraId="5B834C0C" w14:textId="77777777" w:rsidR="001D785D" w:rsidRDefault="001D785D"/>
        </w:tc>
        <w:tc>
          <w:tcPr>
            <w:tcW w:w="2160" w:type="dxa"/>
          </w:tcPr>
          <w:p w14:paraId="570943EC" w14:textId="77777777" w:rsidR="001D785D" w:rsidRDefault="001D785D"/>
        </w:tc>
        <w:tc>
          <w:tcPr>
            <w:tcW w:w="2160" w:type="dxa"/>
          </w:tcPr>
          <w:p w14:paraId="197F8D3A" w14:textId="77777777" w:rsidR="001D785D" w:rsidRDefault="001D785D"/>
        </w:tc>
        <w:tc>
          <w:tcPr>
            <w:tcW w:w="2160" w:type="dxa"/>
          </w:tcPr>
          <w:p w14:paraId="4D59B167" w14:textId="77777777" w:rsidR="001D785D" w:rsidRDefault="001D785D"/>
        </w:tc>
      </w:tr>
    </w:tbl>
    <w:p w14:paraId="28D938D3" w14:textId="77777777" w:rsidR="001D785D" w:rsidRDefault="00000000">
      <w:pPr>
        <w:pStyle w:val="Heading2"/>
      </w:pPr>
      <w:r>
        <w:t>Section 5 – Employment History (Last 5 Years)</w:t>
      </w:r>
    </w:p>
    <w:tbl>
      <w:tblPr>
        <w:tblW w:w="9039" w:type="dxa"/>
        <w:tblLook w:val="04A0" w:firstRow="1" w:lastRow="0" w:firstColumn="1" w:lastColumn="0" w:noHBand="0" w:noVBand="1"/>
      </w:tblPr>
      <w:tblGrid>
        <w:gridCol w:w="1728"/>
        <w:gridCol w:w="1728"/>
        <w:gridCol w:w="1897"/>
        <w:gridCol w:w="1559"/>
        <w:gridCol w:w="2127"/>
      </w:tblGrid>
      <w:tr w:rsidR="001D785D" w14:paraId="222AD9E6" w14:textId="77777777" w:rsidTr="00B03C63">
        <w:tc>
          <w:tcPr>
            <w:tcW w:w="1728" w:type="dxa"/>
          </w:tcPr>
          <w:p w14:paraId="3065B512" w14:textId="77777777" w:rsidR="001D785D" w:rsidRDefault="00000000">
            <w:r>
              <w:t>Employer</w:t>
            </w:r>
          </w:p>
        </w:tc>
        <w:tc>
          <w:tcPr>
            <w:tcW w:w="1728" w:type="dxa"/>
          </w:tcPr>
          <w:p w14:paraId="48E032C7" w14:textId="77777777" w:rsidR="001D785D" w:rsidRDefault="00000000">
            <w:r>
              <w:t>Position</w:t>
            </w:r>
          </w:p>
        </w:tc>
        <w:tc>
          <w:tcPr>
            <w:tcW w:w="1897" w:type="dxa"/>
          </w:tcPr>
          <w:p w14:paraId="5C08E1D2" w14:textId="77777777" w:rsidR="001D785D" w:rsidRDefault="00000000">
            <w:r>
              <w:t>Dates (From–To)</w:t>
            </w:r>
          </w:p>
        </w:tc>
        <w:tc>
          <w:tcPr>
            <w:tcW w:w="1559" w:type="dxa"/>
          </w:tcPr>
          <w:p w14:paraId="5BCC13D9" w14:textId="77777777" w:rsidR="001D785D" w:rsidRDefault="00000000">
            <w:r>
              <w:t>Key Duties</w:t>
            </w:r>
          </w:p>
        </w:tc>
        <w:tc>
          <w:tcPr>
            <w:tcW w:w="2127" w:type="dxa"/>
          </w:tcPr>
          <w:p w14:paraId="3F224E83" w14:textId="77777777" w:rsidR="001D785D" w:rsidRDefault="00000000">
            <w:r>
              <w:t>Reason for Leaving</w:t>
            </w:r>
          </w:p>
        </w:tc>
      </w:tr>
      <w:tr w:rsidR="001D785D" w14:paraId="1679AD72" w14:textId="77777777" w:rsidTr="00B03C63">
        <w:tc>
          <w:tcPr>
            <w:tcW w:w="1728" w:type="dxa"/>
          </w:tcPr>
          <w:p w14:paraId="60F60C04" w14:textId="77777777" w:rsidR="001D785D" w:rsidRDefault="001D785D"/>
        </w:tc>
        <w:tc>
          <w:tcPr>
            <w:tcW w:w="1728" w:type="dxa"/>
          </w:tcPr>
          <w:p w14:paraId="5A37EFE2" w14:textId="77777777" w:rsidR="001D785D" w:rsidRDefault="001D785D"/>
        </w:tc>
        <w:tc>
          <w:tcPr>
            <w:tcW w:w="1897" w:type="dxa"/>
          </w:tcPr>
          <w:p w14:paraId="2EFAA9AA" w14:textId="77777777" w:rsidR="001D785D" w:rsidRDefault="001D785D"/>
        </w:tc>
        <w:tc>
          <w:tcPr>
            <w:tcW w:w="1559" w:type="dxa"/>
          </w:tcPr>
          <w:p w14:paraId="614B9C33" w14:textId="77777777" w:rsidR="001D785D" w:rsidRDefault="001D785D"/>
        </w:tc>
        <w:tc>
          <w:tcPr>
            <w:tcW w:w="2127" w:type="dxa"/>
          </w:tcPr>
          <w:p w14:paraId="2CB42845" w14:textId="77777777" w:rsidR="001D785D" w:rsidRDefault="001D785D"/>
        </w:tc>
      </w:tr>
      <w:tr w:rsidR="001D785D" w14:paraId="135A292A" w14:textId="77777777" w:rsidTr="00B03C63">
        <w:tc>
          <w:tcPr>
            <w:tcW w:w="1728" w:type="dxa"/>
          </w:tcPr>
          <w:p w14:paraId="54FFA1BD" w14:textId="77777777" w:rsidR="001D785D" w:rsidRDefault="001D785D"/>
        </w:tc>
        <w:tc>
          <w:tcPr>
            <w:tcW w:w="1728" w:type="dxa"/>
          </w:tcPr>
          <w:p w14:paraId="6DECB9C2" w14:textId="77777777" w:rsidR="001D785D" w:rsidRDefault="001D785D"/>
        </w:tc>
        <w:tc>
          <w:tcPr>
            <w:tcW w:w="1897" w:type="dxa"/>
          </w:tcPr>
          <w:p w14:paraId="2D9F291C" w14:textId="77777777" w:rsidR="001D785D" w:rsidRDefault="001D785D"/>
        </w:tc>
        <w:tc>
          <w:tcPr>
            <w:tcW w:w="1559" w:type="dxa"/>
          </w:tcPr>
          <w:p w14:paraId="4DF8E4B9" w14:textId="77777777" w:rsidR="001D785D" w:rsidRDefault="001D785D"/>
        </w:tc>
        <w:tc>
          <w:tcPr>
            <w:tcW w:w="2127" w:type="dxa"/>
          </w:tcPr>
          <w:p w14:paraId="606B66F8" w14:textId="77777777" w:rsidR="001D785D" w:rsidRDefault="001D785D"/>
        </w:tc>
      </w:tr>
      <w:tr w:rsidR="001D785D" w14:paraId="0E7CA878" w14:textId="77777777" w:rsidTr="00B03C63">
        <w:tc>
          <w:tcPr>
            <w:tcW w:w="1728" w:type="dxa"/>
          </w:tcPr>
          <w:p w14:paraId="04E9E769" w14:textId="77777777" w:rsidR="001D785D" w:rsidRDefault="001D785D"/>
        </w:tc>
        <w:tc>
          <w:tcPr>
            <w:tcW w:w="1728" w:type="dxa"/>
          </w:tcPr>
          <w:p w14:paraId="1C5F4EA2" w14:textId="77777777" w:rsidR="001D785D" w:rsidRDefault="001D785D"/>
        </w:tc>
        <w:tc>
          <w:tcPr>
            <w:tcW w:w="1897" w:type="dxa"/>
          </w:tcPr>
          <w:p w14:paraId="0F586C21" w14:textId="77777777" w:rsidR="001D785D" w:rsidRDefault="001D785D"/>
        </w:tc>
        <w:tc>
          <w:tcPr>
            <w:tcW w:w="1559" w:type="dxa"/>
          </w:tcPr>
          <w:p w14:paraId="4E38E835" w14:textId="77777777" w:rsidR="001D785D" w:rsidRDefault="001D785D"/>
        </w:tc>
        <w:tc>
          <w:tcPr>
            <w:tcW w:w="2127" w:type="dxa"/>
          </w:tcPr>
          <w:p w14:paraId="78311843" w14:textId="77777777" w:rsidR="001D785D" w:rsidRDefault="001D785D"/>
        </w:tc>
      </w:tr>
    </w:tbl>
    <w:p w14:paraId="5F57CD3F" w14:textId="77777777" w:rsidR="001D785D" w:rsidRDefault="00000000">
      <w:pPr>
        <w:pStyle w:val="Heading2"/>
      </w:pPr>
      <w:r>
        <w:t>Section 6 – References</w:t>
      </w:r>
    </w:p>
    <w:p w14:paraId="4669D8EE" w14:textId="4185DA8F" w:rsidR="001D785D" w:rsidRDefault="00000000">
      <w:r>
        <w:t>Reference 1: ___________________________</w:t>
      </w:r>
      <w:r w:rsidR="00646C20">
        <w:t>____________________________________________________________</w:t>
      </w:r>
    </w:p>
    <w:p w14:paraId="65B403A4" w14:textId="1A5AD0F9" w:rsidR="001D785D" w:rsidRDefault="00000000">
      <w:r>
        <w:t>Reference 2: ___________________________</w:t>
      </w:r>
      <w:r w:rsidR="00646C20">
        <w:t>____________________________________________________________</w:t>
      </w:r>
    </w:p>
    <w:p w14:paraId="45FC9AF8" w14:textId="77777777" w:rsidR="001D785D" w:rsidRDefault="00000000">
      <w:pPr>
        <w:pStyle w:val="Heading2"/>
      </w:pPr>
      <w:r>
        <w:t>Section 7 – HMRC, Insurance &amp; Tax Details</w:t>
      </w:r>
    </w:p>
    <w:p w14:paraId="06D2079F" w14:textId="77777777" w:rsidR="001D785D" w:rsidRDefault="00000000">
      <w:r>
        <w:t>Do you have a current National Insurance (NI) number? ☐ Yes ☐ No</w:t>
      </w:r>
    </w:p>
    <w:p w14:paraId="427B04FA" w14:textId="77777777" w:rsidR="001D785D" w:rsidRDefault="00000000">
      <w:r>
        <w:t>Are you registered with HMRC PAYE or as self-employed? ☐ Yes ☐ No</w:t>
      </w:r>
    </w:p>
    <w:p w14:paraId="047AB6BA" w14:textId="77777777" w:rsidR="001D785D" w:rsidRDefault="00000000">
      <w:r>
        <w:t>Do you hold a valid Public Liability or Employer’s Liability Insurance? ☐ Yes ☐ No</w:t>
      </w:r>
    </w:p>
    <w:p w14:paraId="72C0B11E" w14:textId="2AD948FE" w:rsidR="001D785D" w:rsidRDefault="00000000">
      <w:r>
        <w:t xml:space="preserve">Do you own or lease the vehicle used for work? ☐ Yes ☐ No (If yes, Vehicle Reg. </w:t>
      </w:r>
      <w:r w:rsidR="007A52B4">
        <w:t xml:space="preserve">No: </w:t>
      </w:r>
      <w:r>
        <w:t>_____ Insurance Provider: ______</w:t>
      </w:r>
      <w:r w:rsidR="0039413F">
        <w:t>______</w:t>
      </w:r>
      <w:r w:rsidR="00646C20">
        <w:t>____________________________________________________________</w:t>
      </w:r>
      <w:r>
        <w:t>)</w:t>
      </w:r>
    </w:p>
    <w:p w14:paraId="2E28226F" w14:textId="074DF391" w:rsidR="0001393C" w:rsidRDefault="00000000" w:rsidP="006B0888">
      <w:r>
        <w:t>Do you consent to vehicle and document checks under company compliance policy? ☐ Yes ☐ No</w:t>
      </w:r>
    </w:p>
    <w:p w14:paraId="740FD542" w14:textId="77777777" w:rsidR="001D785D" w:rsidRDefault="00000000">
      <w:pPr>
        <w:pStyle w:val="Heading2"/>
      </w:pPr>
      <w:r>
        <w:t>Section 8 – Health &amp; Safety</w:t>
      </w:r>
    </w:p>
    <w:p w14:paraId="1E7540E9" w14:textId="59B3B409" w:rsidR="001D785D" w:rsidRDefault="00000000">
      <w:r>
        <w:t>Any medical condition or disability affecting driving or passenger care? ☐ Yes ☐ No (If yes, specify): ____________________________</w:t>
      </w:r>
      <w:r w:rsidR="00646C20">
        <w:t>__________________________________________________________________</w:t>
      </w:r>
    </w:p>
    <w:p w14:paraId="1347EEE8" w14:textId="77777777" w:rsidR="001D785D" w:rsidRDefault="00000000">
      <w:r>
        <w:t>Are you willing to undergo a Group 2 DVLA Medical Exam? ☐ Yes ☐ No</w:t>
      </w:r>
    </w:p>
    <w:p w14:paraId="49A4FFF7" w14:textId="77777777" w:rsidR="001D785D" w:rsidRDefault="00000000">
      <w:pPr>
        <w:pStyle w:val="Heading2"/>
      </w:pPr>
      <w:r>
        <w:lastRenderedPageBreak/>
        <w:t>Section 9 – Declaration</w:t>
      </w:r>
    </w:p>
    <w:p w14:paraId="59FC7DB9" w14:textId="77777777" w:rsidR="001D785D" w:rsidRDefault="00000000">
      <w:r>
        <w:t>I declare that the information given above is true and complete. I understand that any false statement or omission may disqualify me from employment or lead to dismissal. I consent to necessary checks by HMRC, DVLA, DBS, and Local Authority licensing teams as part of the employment process.</w:t>
      </w:r>
    </w:p>
    <w:p w14:paraId="466FF7A0" w14:textId="671E714B" w:rsidR="001D785D" w:rsidRDefault="00000000">
      <w:r>
        <w:t>Signature: ___________________________</w:t>
      </w:r>
      <w:r w:rsidR="00535C25">
        <w:t>__________________</w:t>
      </w:r>
      <w:r>
        <w:t xml:space="preserve">    Date: ______________________</w:t>
      </w:r>
      <w:r w:rsidR="00535C25">
        <w:t>____________</w:t>
      </w:r>
    </w:p>
    <w:p w14:paraId="507B91A9" w14:textId="77777777" w:rsidR="001D785D" w:rsidRDefault="00000000">
      <w:pPr>
        <w:pStyle w:val="Heading2"/>
      </w:pPr>
      <w:r>
        <w:t>For HR Department Use Only</w:t>
      </w:r>
    </w:p>
    <w:p w14:paraId="2F8FE6BF" w14:textId="77777777" w:rsidR="001D785D" w:rsidRDefault="00000000">
      <w:r>
        <w:t>Right to Work verified: ☐ Yes ☐ No</w:t>
      </w:r>
    </w:p>
    <w:p w14:paraId="3E940BDF" w14:textId="77777777" w:rsidR="001D785D" w:rsidRDefault="00000000">
      <w:r>
        <w:t>DBS Enhanced Certificate checked: ☐ Yes ☐ No</w:t>
      </w:r>
    </w:p>
    <w:p w14:paraId="509845B9" w14:textId="40053C58" w:rsidR="001D785D" w:rsidRDefault="00000000">
      <w:r>
        <w:t xml:space="preserve">Driving </w:t>
      </w:r>
      <w:r w:rsidR="00AD1994">
        <w:t>License</w:t>
      </w:r>
      <w:r>
        <w:t xml:space="preserve"> &amp; DVLA check completed: ☐ Yes ☐ No</w:t>
      </w:r>
    </w:p>
    <w:p w14:paraId="7CB7B0A1" w14:textId="77777777" w:rsidR="001D785D" w:rsidRDefault="00000000">
      <w:r>
        <w:t>First Aid / Safeguarding Certificates verified: ☐ Yes ☐ No</w:t>
      </w:r>
    </w:p>
    <w:p w14:paraId="2E001C4E" w14:textId="77777777" w:rsidR="001D785D" w:rsidRDefault="00000000">
      <w:r>
        <w:t>Vehicle Insurance &amp; MOT verified: ☐ Yes ☐ No</w:t>
      </w:r>
    </w:p>
    <w:p w14:paraId="554AB413" w14:textId="77777777" w:rsidR="001D785D" w:rsidRDefault="00000000">
      <w:r>
        <w:t>HMRC Self-Employment proof verified: ☐ Yes ☐ No</w:t>
      </w:r>
    </w:p>
    <w:p w14:paraId="2DEB31A4" w14:textId="410C2A63" w:rsidR="001D785D" w:rsidRDefault="00000000">
      <w:r>
        <w:t>Start Date: ___________________</w:t>
      </w:r>
      <w:r w:rsidR="001B4D70">
        <w:t>________________________</w:t>
      </w:r>
      <w:r>
        <w:t>______</w:t>
      </w:r>
      <w:r w:rsidR="001B4D70">
        <w:t>____________</w:t>
      </w:r>
    </w:p>
    <w:p w14:paraId="32DC3A45" w14:textId="74589FA7" w:rsidR="001D785D" w:rsidRDefault="00000000" w:rsidP="001B4D70">
      <w:r>
        <w:t>Notes: ______________________________</w:t>
      </w:r>
      <w:r w:rsidR="001B4D70">
        <w:t>____________________________________</w:t>
      </w:r>
    </w:p>
    <w:sectPr w:rsidR="001D785D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98628B" w14:textId="77777777" w:rsidR="00CD7EDD" w:rsidRDefault="00CD7EDD">
      <w:pPr>
        <w:spacing w:after="0" w:line="240" w:lineRule="auto"/>
      </w:pPr>
      <w:r>
        <w:separator/>
      </w:r>
    </w:p>
  </w:endnote>
  <w:endnote w:type="continuationSeparator" w:id="0">
    <w:p w14:paraId="620A17E3" w14:textId="77777777" w:rsidR="00CD7EDD" w:rsidRDefault="00CD7E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CDE2DE" w14:textId="77777777" w:rsidR="00CD7EDD" w:rsidRDefault="00CD7EDD">
      <w:pPr>
        <w:spacing w:after="0" w:line="240" w:lineRule="auto"/>
      </w:pPr>
      <w:r>
        <w:separator/>
      </w:r>
    </w:p>
  </w:footnote>
  <w:footnote w:type="continuationSeparator" w:id="0">
    <w:p w14:paraId="1DDA4DCE" w14:textId="77777777" w:rsidR="00CD7EDD" w:rsidRDefault="00CD7E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0942D" w14:textId="254C70FF" w:rsidR="002E4DD6" w:rsidRPr="002E4DD6" w:rsidRDefault="002E4DD6" w:rsidP="002E4DD6">
    <w:pPr>
      <w:pStyle w:val="Header"/>
      <w:jc w:val="center"/>
      <w:rPr>
        <w:b/>
        <w:bCs/>
        <w:sz w:val="28"/>
        <w:szCs w:val="28"/>
        <w:lang w:val="en-GB"/>
      </w:rPr>
    </w:pPr>
    <w:r w:rsidRPr="002E4DD6">
      <w:rPr>
        <w:b/>
        <w:bCs/>
        <w:noProof/>
        <w:sz w:val="52"/>
        <w:szCs w:val="52"/>
      </w:rPr>
      <w:drawing>
        <wp:anchor distT="0" distB="0" distL="114300" distR="114300" simplePos="0" relativeHeight="251666944" behindDoc="0" locked="0" layoutInCell="1" allowOverlap="1" wp14:anchorId="659DB53E" wp14:editId="16B7C219">
          <wp:simplePos x="0" y="0"/>
          <wp:positionH relativeFrom="column">
            <wp:posOffset>-1018858</wp:posOffset>
          </wp:positionH>
          <wp:positionV relativeFrom="paragraph">
            <wp:posOffset>-126365</wp:posOffset>
          </wp:positionV>
          <wp:extent cx="1557338" cy="1056004"/>
          <wp:effectExtent l="0" t="0" r="5080" b="0"/>
          <wp:wrapNone/>
          <wp:docPr id="1680238907" name="Picture 1" descr="A road with a car on i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5562967" name="Picture 1" descr="A road with a car on i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7338" cy="10560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E4DD6">
      <w:rPr>
        <w:b/>
        <w:bCs/>
        <w:sz w:val="72"/>
        <w:szCs w:val="72"/>
        <w:lang w:val="en-GB"/>
      </w:rPr>
      <w:t>Taliya Transport Ltd</w:t>
    </w:r>
  </w:p>
  <w:p w14:paraId="6CD711AC" w14:textId="34E9E78A" w:rsidR="002E4DD6" w:rsidRPr="002E4DD6" w:rsidRDefault="002E4DD6" w:rsidP="002E4DD6">
    <w:pPr>
      <w:pStyle w:val="Header"/>
      <w:jc w:val="center"/>
      <w:rPr>
        <w:sz w:val="28"/>
        <w:szCs w:val="28"/>
        <w:lang w:val="en-GB"/>
      </w:rPr>
    </w:pPr>
    <w:r w:rsidRPr="002E4DD6">
      <w:rPr>
        <w:sz w:val="28"/>
        <w:szCs w:val="28"/>
        <w:lang w:val="en-GB"/>
      </w:rPr>
      <w:t>United Kingdom – Email: admin@taliyatransport.com</w:t>
    </w:r>
  </w:p>
  <w:p w14:paraId="58A31B49" w14:textId="4DFFE3E8" w:rsidR="002E4DD6" w:rsidRPr="002E4DD6" w:rsidRDefault="002E4DD6" w:rsidP="002E4DD6">
    <w:pPr>
      <w:pStyle w:val="Header"/>
      <w:jc w:val="center"/>
      <w:rPr>
        <w:sz w:val="28"/>
        <w:szCs w:val="28"/>
        <w:lang w:val="en-GB"/>
      </w:rPr>
    </w:pPr>
    <w:r w:rsidRPr="002E4DD6">
      <w:rPr>
        <w:sz w:val="28"/>
        <w:szCs w:val="28"/>
        <w:lang w:val="en-GB"/>
      </w:rPr>
      <w:t>Tel: 02475420024. Mobile: 07700107704.</w:t>
    </w:r>
  </w:p>
  <w:p w14:paraId="0723C940" w14:textId="77777777" w:rsidR="002E4DD6" w:rsidRDefault="002E4DD6" w:rsidP="002E4DD6">
    <w:pPr>
      <w:pStyle w:val="Header"/>
      <w:rPr>
        <w:lang w:val="en-GB"/>
      </w:rPr>
    </w:pPr>
  </w:p>
  <w:p w14:paraId="41678576" w14:textId="3A10EF8F" w:rsidR="002E4DD6" w:rsidRDefault="002E4DD6" w:rsidP="002E4DD6">
    <w:pPr>
      <w:pStyle w:val="Head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66683192">
    <w:abstractNumId w:val="8"/>
  </w:num>
  <w:num w:numId="2" w16cid:durableId="1370715400">
    <w:abstractNumId w:val="6"/>
  </w:num>
  <w:num w:numId="3" w16cid:durableId="1290015920">
    <w:abstractNumId w:val="5"/>
  </w:num>
  <w:num w:numId="4" w16cid:durableId="1886334366">
    <w:abstractNumId w:val="4"/>
  </w:num>
  <w:num w:numId="5" w16cid:durableId="1857772569">
    <w:abstractNumId w:val="7"/>
  </w:num>
  <w:num w:numId="6" w16cid:durableId="2089618802">
    <w:abstractNumId w:val="3"/>
  </w:num>
  <w:num w:numId="7" w16cid:durableId="1296179691">
    <w:abstractNumId w:val="2"/>
  </w:num>
  <w:num w:numId="8" w16cid:durableId="855507447">
    <w:abstractNumId w:val="1"/>
  </w:num>
  <w:num w:numId="9" w16cid:durableId="10347694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1393C"/>
    <w:rsid w:val="00034616"/>
    <w:rsid w:val="0006063C"/>
    <w:rsid w:val="0015074B"/>
    <w:rsid w:val="001B4D70"/>
    <w:rsid w:val="001D785D"/>
    <w:rsid w:val="0029639D"/>
    <w:rsid w:val="002E4DD6"/>
    <w:rsid w:val="002E6E0F"/>
    <w:rsid w:val="00326F90"/>
    <w:rsid w:val="00332DA7"/>
    <w:rsid w:val="0039413F"/>
    <w:rsid w:val="004C47A3"/>
    <w:rsid w:val="00535C25"/>
    <w:rsid w:val="00646C20"/>
    <w:rsid w:val="006B0888"/>
    <w:rsid w:val="00752F18"/>
    <w:rsid w:val="00771087"/>
    <w:rsid w:val="007A52B4"/>
    <w:rsid w:val="009255FA"/>
    <w:rsid w:val="009859FC"/>
    <w:rsid w:val="009E19D8"/>
    <w:rsid w:val="00AA1D8D"/>
    <w:rsid w:val="00AB2641"/>
    <w:rsid w:val="00AD1994"/>
    <w:rsid w:val="00B03C63"/>
    <w:rsid w:val="00B16FAD"/>
    <w:rsid w:val="00B47730"/>
    <w:rsid w:val="00BD3A73"/>
    <w:rsid w:val="00CB0664"/>
    <w:rsid w:val="00CD7EDD"/>
    <w:rsid w:val="00D67FF6"/>
    <w:rsid w:val="00D91C6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B4EFA8"/>
  <w14:defaultImageDpi w14:val="300"/>
  <w15:docId w15:val="{5158F50D-7819-48AD-ADAF-D00F9B2C5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2E4DD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E4D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674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4513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AHMED SALIM, AHMED (PGT)</cp:lastModifiedBy>
  <cp:revision>22</cp:revision>
  <dcterms:created xsi:type="dcterms:W3CDTF">2013-12-23T23:15:00Z</dcterms:created>
  <dcterms:modified xsi:type="dcterms:W3CDTF">2025-10-25T10:12:00Z</dcterms:modified>
  <cp:category/>
</cp:coreProperties>
</file>